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7DCA" w14:textId="77777777" w:rsidR="00157505" w:rsidRPr="00680C0C" w:rsidRDefault="00680C0C">
      <w:pPr>
        <w:pStyle w:val="Rubrik1"/>
        <w:rPr>
          <w:lang w:val="el-GR"/>
        </w:rPr>
      </w:pPr>
      <w:r w:rsidRPr="00680C0C">
        <w:rPr>
          <w:lang w:val="el-GR"/>
        </w:rPr>
        <w:t>Πρακτικά Συνεδρίασης Διοικητικού Συμβουλίου</w:t>
      </w:r>
      <w:r w:rsidRPr="00680C0C">
        <w:rPr>
          <w:lang w:val="el-GR"/>
        </w:rPr>
        <w:br/>
        <w:t>Ελληνικής Πολιτιστικής Στέγης Ουψάλας</w:t>
      </w:r>
    </w:p>
    <w:p w14:paraId="4EBAA345" w14:textId="71A96781" w:rsidR="00157505" w:rsidRPr="00680C0C" w:rsidRDefault="00680C0C">
      <w:pPr>
        <w:rPr>
          <w:lang w:val="el-GR"/>
        </w:rPr>
      </w:pPr>
      <w:r w:rsidRPr="00680C0C">
        <w:rPr>
          <w:lang w:val="el-GR"/>
        </w:rPr>
        <w:t xml:space="preserve">Ημερομηνία: </w:t>
      </w:r>
      <w:r w:rsidR="009D754D" w:rsidRPr="009D754D">
        <w:rPr>
          <w:lang w:val="el-GR"/>
        </w:rPr>
        <w:t>19</w:t>
      </w:r>
      <w:r w:rsidR="002A256C">
        <w:rPr>
          <w:lang w:val="el-GR"/>
        </w:rPr>
        <w:t>Ιανουαριου</w:t>
      </w:r>
      <w:r w:rsidRPr="00680C0C">
        <w:rPr>
          <w:lang w:val="el-GR"/>
        </w:rPr>
        <w:t xml:space="preserve"> 202</w:t>
      </w:r>
      <w:r w:rsidR="002A256C">
        <w:rPr>
          <w:lang w:val="el-GR"/>
        </w:rPr>
        <w:t>6</w:t>
      </w:r>
      <w:r w:rsidRPr="00680C0C">
        <w:rPr>
          <w:lang w:val="el-GR"/>
        </w:rPr>
        <w:br/>
        <w:t>Τόπος: Αίθουσα Στέγης</w:t>
      </w:r>
      <w:r w:rsidRPr="00680C0C">
        <w:rPr>
          <w:lang w:val="el-GR"/>
        </w:rPr>
        <w:br/>
        <w:t>Ώρα Έναρξης: 18:00</w:t>
      </w:r>
      <w:r w:rsidRPr="00680C0C">
        <w:rPr>
          <w:lang w:val="el-GR"/>
        </w:rPr>
        <w:br/>
      </w:r>
    </w:p>
    <w:p w14:paraId="691675B1" w14:textId="77777777" w:rsidR="00157505" w:rsidRPr="00680C0C" w:rsidRDefault="00680C0C">
      <w:pPr>
        <w:pStyle w:val="Rubrik2"/>
        <w:rPr>
          <w:lang w:val="el-GR"/>
        </w:rPr>
      </w:pPr>
      <w:r w:rsidRPr="00680C0C">
        <w:rPr>
          <w:lang w:val="el-GR"/>
        </w:rPr>
        <w:t>Παρόντες:</w:t>
      </w:r>
    </w:p>
    <w:p w14:paraId="1DADE929" w14:textId="569CFBF0" w:rsidR="00157505" w:rsidRDefault="00680C0C">
      <w:pPr>
        <w:rPr>
          <w:lang w:val="el-GR"/>
        </w:rPr>
      </w:pPr>
      <w:r w:rsidRPr="00680C0C">
        <w:rPr>
          <w:lang w:val="el-GR"/>
        </w:rPr>
        <w:t>Παρθένα Λόβγκρεν (Πρόεδρος), Δημήτριος Τσάμης, Χρυσοστόμος Μπαλέκας, Παναγιώτης Αράπογλου, Νίτσα</w:t>
      </w:r>
      <w:r>
        <w:rPr>
          <w:lang w:val="el-GR"/>
        </w:rPr>
        <w:t xml:space="preserve"> Καλλίδου</w:t>
      </w:r>
      <w:r w:rsidRPr="00680C0C">
        <w:rPr>
          <w:lang w:val="el-GR"/>
        </w:rPr>
        <w:t>, Γιώργος Σαμουργιαννίδης</w:t>
      </w:r>
      <w:r w:rsidR="002A256C">
        <w:rPr>
          <w:lang w:val="el-GR"/>
        </w:rPr>
        <w:t>.</w:t>
      </w:r>
    </w:p>
    <w:p w14:paraId="78773E8B" w14:textId="11A757DB" w:rsidR="002A256C" w:rsidRPr="00680C0C" w:rsidRDefault="002A256C" w:rsidP="002A256C">
      <w:pPr>
        <w:pStyle w:val="Rubrik2"/>
        <w:rPr>
          <w:lang w:val="el-GR"/>
        </w:rPr>
      </w:pPr>
      <w:r w:rsidRPr="00B17B73">
        <w:rPr>
          <w:lang w:val="el-GR"/>
        </w:rPr>
        <w:t>Απόντες:</w:t>
      </w:r>
    </w:p>
    <w:p w14:paraId="33D685EA" w14:textId="77777777" w:rsidR="00157505" w:rsidRDefault="00680C0C">
      <w:pPr>
        <w:pStyle w:val="Rubrik2"/>
        <w:rPr>
          <w:lang w:val="el-GR"/>
        </w:rPr>
      </w:pPr>
      <w:r w:rsidRPr="00680C0C">
        <w:rPr>
          <w:lang w:val="el-GR"/>
        </w:rPr>
        <w:t>Θέματα Ημερήσιας Διάταξης:</w:t>
      </w:r>
    </w:p>
    <w:p w14:paraId="3A922095" w14:textId="4284DA0F" w:rsidR="002A256C" w:rsidRPr="00BF01B2" w:rsidRDefault="002A256C" w:rsidP="002A256C">
      <w:pPr>
        <w:rPr>
          <w:lang w:val="el-GR"/>
        </w:rPr>
      </w:pPr>
      <w:r w:rsidRPr="00680C0C">
        <w:rPr>
          <w:lang w:val="el-GR"/>
        </w:rPr>
        <w:t>-</w:t>
      </w:r>
      <w:r w:rsidRPr="002A256C">
        <w:rPr>
          <w:lang w:val="el-GR"/>
        </w:rPr>
        <w:t>Έγκριση Πρακτικών τις προηγούμενης συνεδρίασης</w:t>
      </w:r>
      <w:r>
        <w:rPr>
          <w:lang w:val="el-GR"/>
        </w:rPr>
        <w:t xml:space="preserve">, </w:t>
      </w:r>
      <w:r w:rsidR="00BF01B2" w:rsidRPr="00BF01B2">
        <w:rPr>
          <w:lang w:val="el-GR"/>
        </w:rPr>
        <w:t xml:space="preserve">(Λόγω των πολλών δραστηριοτήτων του συλλόγου και του αυξημένου φόρτου εργασίας, η προγραμματισμένη συνεδρίαση του Διοικητικού Συμβουλίου στις </w:t>
      </w:r>
      <w:r w:rsidR="00BF01B2" w:rsidRPr="00BF01B2">
        <w:rPr>
          <w:b/>
          <w:bCs/>
          <w:lang w:val="el-GR"/>
        </w:rPr>
        <w:t>22 Δεκεμβρίου 2025</w:t>
      </w:r>
      <w:r w:rsidR="00BF01B2" w:rsidRPr="00BF01B2">
        <w:rPr>
          <w:lang w:val="el-GR"/>
        </w:rPr>
        <w:t xml:space="preserve"> δεν πραγματοποιήθηκε. </w:t>
      </w:r>
      <w:r w:rsidR="00BF01B2" w:rsidRPr="000134FB">
        <w:rPr>
          <w:lang w:val="el-GR"/>
        </w:rPr>
        <w:t xml:space="preserve">Η τελευταία συνεδρίαση έγινε τον 2025-11-28.) </w:t>
      </w:r>
    </w:p>
    <w:p w14:paraId="47DC2871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- Ορισμός ημερομηνίας επόμενης συνεδρίασης</w:t>
      </w:r>
    </w:p>
    <w:p w14:paraId="640846FF" w14:textId="10D98D45" w:rsidR="00157505" w:rsidRPr="000134FB" w:rsidRDefault="00680C0C">
      <w:pPr>
        <w:rPr>
          <w:lang w:val="el-GR"/>
        </w:rPr>
      </w:pPr>
      <w:r w:rsidRPr="00680C0C">
        <w:rPr>
          <w:lang w:val="el-GR"/>
        </w:rPr>
        <w:t>- Οικονομική αναφορά</w:t>
      </w:r>
    </w:p>
    <w:p w14:paraId="33A05EA2" w14:textId="77777777" w:rsidR="00DD1EFC" w:rsidRDefault="00680C0C" w:rsidP="002A256C">
      <w:pPr>
        <w:rPr>
          <w:lang w:val="sv-SE"/>
        </w:rPr>
      </w:pPr>
      <w:r w:rsidRPr="00680C0C">
        <w:rPr>
          <w:lang w:val="el-GR"/>
        </w:rPr>
        <w:t>- Θέματα συντήρησης κτηρίου</w:t>
      </w:r>
    </w:p>
    <w:p w14:paraId="4698D019" w14:textId="50CA0130" w:rsidR="006D0540" w:rsidRPr="000134FB" w:rsidRDefault="00DD1EFC" w:rsidP="002A256C">
      <w:pPr>
        <w:rPr>
          <w:lang w:val="el-GR"/>
        </w:rPr>
      </w:pPr>
      <w:r>
        <w:t>- A</w:t>
      </w:r>
      <w:r w:rsidRPr="00DD1EFC">
        <w:t>πινιδωτής</w:t>
      </w:r>
      <w:r w:rsidR="00680C0C" w:rsidRPr="00680C0C">
        <w:rPr>
          <w:lang w:val="el-GR"/>
        </w:rPr>
        <w:t xml:space="preserve"> </w:t>
      </w:r>
    </w:p>
    <w:p w14:paraId="4E7CCDE7" w14:textId="56D95A05" w:rsidR="00BF01B2" w:rsidRPr="00BF01B2" w:rsidRDefault="00BF01B2" w:rsidP="002A256C">
      <w:pPr>
        <w:rPr>
          <w:lang w:val="el-GR"/>
        </w:rPr>
      </w:pPr>
      <w:r w:rsidRPr="00BF01B2">
        <w:rPr>
          <w:lang w:val="el-GR"/>
        </w:rPr>
        <w:t xml:space="preserve">- Η Εύα Αυγερινού προσφέρθηκε να συγκεντρώσει το καταστατικό σε </w:t>
      </w:r>
      <w:r w:rsidRPr="00BF01B2">
        <w:rPr>
          <w:b/>
          <w:bCs/>
          <w:lang w:val="el-GR"/>
        </w:rPr>
        <w:t xml:space="preserve">μορφή </w:t>
      </w:r>
      <w:r w:rsidRPr="00BF01B2">
        <w:rPr>
          <w:b/>
          <w:bCs/>
        </w:rPr>
        <w:t>PDF</w:t>
      </w:r>
      <w:r w:rsidRPr="00BF01B2">
        <w:rPr>
          <w:lang w:val="el-GR"/>
        </w:rPr>
        <w:t>, ώστε να έχουμε μια σωστή ηλεκτρονική έκδοση.</w:t>
      </w:r>
    </w:p>
    <w:p w14:paraId="2451F5F2" w14:textId="77777777" w:rsidR="00BF01B2" w:rsidRPr="00BF01B2" w:rsidRDefault="00DA0C86" w:rsidP="00BF01B2">
      <w:pPr>
        <w:rPr>
          <w:lang w:val="sv-SE"/>
        </w:rPr>
      </w:pPr>
      <w:r w:rsidRPr="00600A81">
        <w:rPr>
          <w:lang w:val="el-GR"/>
        </w:rPr>
        <w:t xml:space="preserve">- </w:t>
      </w:r>
      <w:r w:rsidR="0009438B">
        <w:rPr>
          <w:lang w:val="el-GR"/>
        </w:rPr>
        <w:t>Μ</w:t>
      </w:r>
      <w:r w:rsidRPr="00600A81">
        <w:rPr>
          <w:lang w:val="el-GR"/>
        </w:rPr>
        <w:t>ελλοντικές εκδηλώσεις.</w:t>
      </w:r>
      <w:r w:rsidR="00BF01B2" w:rsidRPr="00BF01B2">
        <w:rPr>
          <w:lang w:val="el-GR"/>
        </w:rPr>
        <w:t xml:space="preserve"> </w:t>
      </w:r>
      <w:r w:rsidR="00BF01B2">
        <w:rPr>
          <w:lang w:val="sv-SE"/>
        </w:rPr>
        <w:t>(</w:t>
      </w:r>
      <w:r w:rsidR="00BF01B2" w:rsidRPr="00BF01B2">
        <w:rPr>
          <w:lang w:val="sv-SE"/>
        </w:rPr>
        <w:t>Επερχόμενες εκδηλώσεις:</w:t>
      </w:r>
    </w:p>
    <w:p w14:paraId="77551CE0" w14:textId="0AF4B61B" w:rsidR="00BF01B2" w:rsidRPr="00BF01B2" w:rsidRDefault="00BF01B2" w:rsidP="00BF01B2">
      <w:pPr>
        <w:numPr>
          <w:ilvl w:val="0"/>
          <w:numId w:val="12"/>
        </w:numPr>
        <w:rPr>
          <w:lang w:val="sv-SE"/>
        </w:rPr>
      </w:pPr>
      <w:r w:rsidRPr="00BF01B2">
        <w:rPr>
          <w:lang w:val="sv-SE"/>
        </w:rPr>
        <w:t>Χορωδία Ορφέας</w:t>
      </w:r>
    </w:p>
    <w:p w14:paraId="517CD837" w14:textId="6E498F55" w:rsidR="00BF01B2" w:rsidRPr="009D754D" w:rsidRDefault="00BF01B2" w:rsidP="00BF01B2">
      <w:pPr>
        <w:numPr>
          <w:ilvl w:val="0"/>
          <w:numId w:val="12"/>
        </w:numPr>
        <w:rPr>
          <w:lang w:val="sv-SE"/>
        </w:rPr>
      </w:pPr>
      <w:r w:rsidRPr="009D754D">
        <w:rPr>
          <w:lang w:val="sv-SE"/>
        </w:rPr>
        <w:t>28 Φεβρουαρίου 2026: JazzInn)</w:t>
      </w:r>
    </w:p>
    <w:p w14:paraId="1C4ABA37" w14:textId="4FA399AA" w:rsidR="009D754D" w:rsidRPr="009D754D" w:rsidRDefault="009D754D" w:rsidP="00BF01B2">
      <w:pPr>
        <w:numPr>
          <w:ilvl w:val="0"/>
          <w:numId w:val="12"/>
        </w:numPr>
        <w:rPr>
          <w:lang w:val="sv-SE"/>
        </w:rPr>
      </w:pPr>
      <w:r w:rsidRPr="009D754D">
        <w:rPr>
          <w:lang w:val="el-GR"/>
        </w:rPr>
        <w:t xml:space="preserve">Αποκριες </w:t>
      </w:r>
    </w:p>
    <w:p w14:paraId="78EBA380" w14:textId="3CD33769" w:rsidR="009D754D" w:rsidRPr="00BF01B2" w:rsidRDefault="009D754D" w:rsidP="00BF01B2">
      <w:pPr>
        <w:numPr>
          <w:ilvl w:val="0"/>
          <w:numId w:val="12"/>
        </w:numPr>
        <w:rPr>
          <w:lang w:val="sv-SE"/>
        </w:rPr>
      </w:pPr>
      <w:r w:rsidRPr="009D754D">
        <w:t>Χ</w:t>
      </w:r>
      <w:r w:rsidRPr="009D754D">
        <w:t>ορός</w:t>
      </w:r>
      <w:r w:rsidRPr="009D754D">
        <w:t xml:space="preserve"> </w:t>
      </w:r>
      <w:r w:rsidRPr="009D754D">
        <w:t>για τις 25 Μαρτίου</w:t>
      </w:r>
    </w:p>
    <w:p w14:paraId="23A5A9B4" w14:textId="42D956AC" w:rsidR="00DA0C86" w:rsidRDefault="00BF01B2">
      <w:pPr>
        <w:rPr>
          <w:lang w:val="sv-SE"/>
        </w:rPr>
      </w:pPr>
      <w:r>
        <w:rPr>
          <w:lang w:val="sv-SE"/>
        </w:rPr>
        <w:t xml:space="preserve">- </w:t>
      </w:r>
      <w:r>
        <w:t>I</w:t>
      </w:r>
      <w:r w:rsidRPr="00BF01B2">
        <w:t>στοσελίδα</w:t>
      </w:r>
      <w:r>
        <w:t xml:space="preserve">, </w:t>
      </w:r>
      <w:r w:rsidRPr="00BF01B2">
        <w:t>πώς θα προχωρήσουμε</w:t>
      </w:r>
      <w:r>
        <w:t>;</w:t>
      </w:r>
    </w:p>
    <w:p w14:paraId="21174CBF" w14:textId="1A3B8069" w:rsidR="009D754D" w:rsidRPr="009D754D" w:rsidRDefault="00DD1EFC">
      <w:pPr>
        <w:rPr>
          <w:lang w:val="el-GR"/>
        </w:rPr>
      </w:pPr>
      <w:r w:rsidRPr="00DD1EFC">
        <w:rPr>
          <w:lang w:val="el-GR"/>
        </w:rPr>
        <w:t xml:space="preserve">- </w:t>
      </w:r>
      <w:r w:rsidR="009D754D" w:rsidRPr="009D754D">
        <w:rPr>
          <w:lang w:val="el-GR"/>
        </w:rPr>
        <w:t>Δήλωση ενδιαφέροντος – Μαθήματα μουσικής στον σύλλογο</w:t>
      </w:r>
    </w:p>
    <w:p w14:paraId="5E69F229" w14:textId="3A6B6CE5" w:rsidR="002A256C" w:rsidRPr="00600A81" w:rsidRDefault="002A256C">
      <w:pPr>
        <w:rPr>
          <w:lang w:val="el-GR"/>
        </w:rPr>
      </w:pPr>
      <w:r w:rsidRPr="002A256C">
        <w:rPr>
          <w:lang w:val="el-GR"/>
        </w:rPr>
        <w:t>- Έγκριση συνδρόμων νέων μελών</w:t>
      </w:r>
    </w:p>
    <w:p w14:paraId="5EBDDA03" w14:textId="6163BE39" w:rsidR="0009438B" w:rsidRPr="000134FB" w:rsidRDefault="0009438B" w:rsidP="0009438B">
      <w:pPr>
        <w:rPr>
          <w:lang w:val="el-GR"/>
        </w:rPr>
      </w:pPr>
      <w:r w:rsidRPr="002A256C">
        <w:rPr>
          <w:lang w:val="el-GR"/>
        </w:rPr>
        <w:lastRenderedPageBreak/>
        <w:t xml:space="preserve">- </w:t>
      </w:r>
      <w:r w:rsidR="002A256C">
        <w:rPr>
          <w:lang w:val="el-GR"/>
        </w:rPr>
        <w:t>Α</w:t>
      </w:r>
      <w:r w:rsidRPr="0009438B">
        <w:rPr>
          <w:lang w:val="el-GR"/>
        </w:rPr>
        <w:t>νανεώσ</w:t>
      </w:r>
      <w:r>
        <w:rPr>
          <w:lang w:val="el-GR"/>
        </w:rPr>
        <w:t xml:space="preserve">η της </w:t>
      </w:r>
      <w:r w:rsidRPr="0009438B">
        <w:rPr>
          <w:lang w:val="el-GR"/>
        </w:rPr>
        <w:t>συνδρομή σ</w:t>
      </w:r>
      <w:r>
        <w:rPr>
          <w:lang w:val="el-GR"/>
        </w:rPr>
        <w:t xml:space="preserve">τα μελη. </w:t>
      </w:r>
    </w:p>
    <w:p w14:paraId="2EACDDD3" w14:textId="2BF1F5C2" w:rsidR="000134FB" w:rsidRPr="000134FB" w:rsidRDefault="000134FB" w:rsidP="0009438B">
      <w:pPr>
        <w:rPr>
          <w:lang w:val="el-GR"/>
        </w:rPr>
      </w:pPr>
      <w:r w:rsidRPr="000134FB">
        <w:rPr>
          <w:lang w:val="el-GR"/>
        </w:rPr>
        <w:t>-</w:t>
      </w:r>
      <w:r>
        <w:rPr>
          <w:lang w:val="el-GR"/>
        </w:rPr>
        <w:t>Π</w:t>
      </w:r>
      <w:r w:rsidRPr="000134FB">
        <w:rPr>
          <w:lang w:val="el-GR"/>
        </w:rPr>
        <w:t>ρογραμματισμό</w:t>
      </w:r>
      <w:r>
        <w:rPr>
          <w:lang w:val="el-GR"/>
        </w:rPr>
        <w:t xml:space="preserve">ς </w:t>
      </w:r>
      <w:r w:rsidRPr="000134FB">
        <w:rPr>
          <w:lang w:val="el-GR"/>
        </w:rPr>
        <w:t xml:space="preserve"> </w:t>
      </w:r>
      <w:r w:rsidRPr="000134FB">
        <w:rPr>
          <w:b/>
          <w:bCs/>
          <w:lang w:val="el-GR"/>
        </w:rPr>
        <w:t>εκλογ</w:t>
      </w:r>
      <w:r>
        <w:rPr>
          <w:b/>
          <w:bCs/>
          <w:lang w:val="el-GR"/>
        </w:rPr>
        <w:t>ων</w:t>
      </w:r>
      <w:r w:rsidRPr="000134FB">
        <w:rPr>
          <w:b/>
          <w:bCs/>
          <w:lang w:val="el-GR"/>
        </w:rPr>
        <w:t xml:space="preserve"> του Μαρτίου</w:t>
      </w:r>
      <w:r w:rsidRPr="000134FB">
        <w:rPr>
          <w:lang w:val="el-GR"/>
        </w:rPr>
        <w:t>.</w:t>
      </w:r>
    </w:p>
    <w:p w14:paraId="659B695C" w14:textId="77777777" w:rsidR="002A256C" w:rsidRPr="00DA0C86" w:rsidRDefault="002A256C">
      <w:pPr>
        <w:rPr>
          <w:lang w:val="el-GR"/>
        </w:rPr>
      </w:pPr>
    </w:p>
    <w:p w14:paraId="5F3EB5C2" w14:textId="19BF7B74" w:rsidR="00680C0C" w:rsidRPr="00DA0C86" w:rsidRDefault="00680C0C">
      <w:pPr>
        <w:rPr>
          <w:lang w:val="el-GR"/>
        </w:rPr>
      </w:pPr>
    </w:p>
    <w:p w14:paraId="4FC66C26" w14:textId="77777777" w:rsidR="00157505" w:rsidRPr="00680C0C" w:rsidRDefault="00680C0C">
      <w:pPr>
        <w:pStyle w:val="Rubrik2"/>
        <w:rPr>
          <w:lang w:val="el-GR"/>
        </w:rPr>
      </w:pPr>
      <w:r w:rsidRPr="00680C0C">
        <w:rPr>
          <w:lang w:val="el-GR"/>
        </w:rPr>
        <w:t>Συζήτηση &amp; Αποφάσεις:</w:t>
      </w:r>
    </w:p>
    <w:p w14:paraId="24B39FF2" w14:textId="399AA3A8" w:rsidR="00157505" w:rsidRPr="00680C0C" w:rsidRDefault="00157505" w:rsidP="00086F34">
      <w:pPr>
        <w:rPr>
          <w:lang w:val="el-GR"/>
        </w:rPr>
      </w:pPr>
    </w:p>
    <w:p w14:paraId="4334DE5B" w14:textId="26A756DB" w:rsidR="00157505" w:rsidRPr="00680C0C" w:rsidRDefault="00680C0C">
      <w:pPr>
        <w:rPr>
          <w:lang w:val="el-GR"/>
        </w:rPr>
      </w:pPr>
      <w:r w:rsidRPr="00680C0C">
        <w:rPr>
          <w:lang w:val="el-GR"/>
        </w:rPr>
        <w:br/>
      </w:r>
    </w:p>
    <w:p w14:paraId="5E432046" w14:textId="55CA82E8" w:rsidR="00157505" w:rsidRPr="00086F34" w:rsidRDefault="00680C0C">
      <w:pPr>
        <w:rPr>
          <w:lang w:val="el-GR"/>
        </w:rPr>
      </w:pPr>
      <w:r w:rsidRPr="00680C0C">
        <w:rPr>
          <w:lang w:val="el-GR"/>
        </w:rPr>
        <w:br/>
        <w:t>Ο Γραμματέας</w:t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  <w:t>Η Πρόεδρος</w:t>
      </w:r>
      <w:r w:rsidRPr="00680C0C">
        <w:rPr>
          <w:lang w:val="el-GR"/>
        </w:rPr>
        <w:br/>
      </w:r>
      <w:r w:rsidR="0009438B" w:rsidRPr="0009438B">
        <w:rPr>
          <w:lang w:val="el-GR"/>
        </w:rPr>
        <w:t>Χρυσοστόμος Μπαλέκας</w:t>
      </w:r>
      <w:r w:rsidRPr="00680C0C">
        <w:rPr>
          <w:lang w:val="el-GR"/>
        </w:rPr>
        <w:t xml:space="preserve"> </w:t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  <w:t>Παρθένα Λόβγκρεν</w:t>
      </w:r>
      <w:r w:rsidRPr="00680C0C">
        <w:rPr>
          <w:lang w:val="el-GR"/>
        </w:rPr>
        <w:br/>
      </w:r>
    </w:p>
    <w:p w14:paraId="1BCC0C05" w14:textId="1E500970" w:rsidR="00680C0C" w:rsidRPr="00600A81" w:rsidRDefault="00680C0C">
      <w:pPr>
        <w:rPr>
          <w:lang w:val="el-GR"/>
        </w:rPr>
      </w:pPr>
    </w:p>
    <w:sectPr w:rsidR="00680C0C" w:rsidRPr="00600A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7178F9"/>
    <w:multiLevelType w:val="hybridMultilevel"/>
    <w:tmpl w:val="8048E7E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B10C9"/>
    <w:multiLevelType w:val="hybridMultilevel"/>
    <w:tmpl w:val="2C60B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14006"/>
    <w:multiLevelType w:val="multilevel"/>
    <w:tmpl w:val="EAFC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232711">
    <w:abstractNumId w:val="8"/>
  </w:num>
  <w:num w:numId="2" w16cid:durableId="1486511850">
    <w:abstractNumId w:val="6"/>
  </w:num>
  <w:num w:numId="3" w16cid:durableId="1233585793">
    <w:abstractNumId w:val="5"/>
  </w:num>
  <w:num w:numId="4" w16cid:durableId="141237413">
    <w:abstractNumId w:val="4"/>
  </w:num>
  <w:num w:numId="5" w16cid:durableId="771781081">
    <w:abstractNumId w:val="7"/>
  </w:num>
  <w:num w:numId="6" w16cid:durableId="2003775556">
    <w:abstractNumId w:val="3"/>
  </w:num>
  <w:num w:numId="7" w16cid:durableId="16928384">
    <w:abstractNumId w:val="2"/>
  </w:num>
  <w:num w:numId="8" w16cid:durableId="366637275">
    <w:abstractNumId w:val="1"/>
  </w:num>
  <w:num w:numId="9" w16cid:durableId="432290375">
    <w:abstractNumId w:val="0"/>
  </w:num>
  <w:num w:numId="10" w16cid:durableId="193811238">
    <w:abstractNumId w:val="10"/>
  </w:num>
  <w:num w:numId="11" w16cid:durableId="1289584008">
    <w:abstractNumId w:val="9"/>
  </w:num>
  <w:num w:numId="12" w16cid:durableId="1822122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4FB"/>
    <w:rsid w:val="00034616"/>
    <w:rsid w:val="0006063C"/>
    <w:rsid w:val="00086F34"/>
    <w:rsid w:val="0009438B"/>
    <w:rsid w:val="0015074B"/>
    <w:rsid w:val="00157505"/>
    <w:rsid w:val="0029639D"/>
    <w:rsid w:val="002A256C"/>
    <w:rsid w:val="002D72B1"/>
    <w:rsid w:val="00326F90"/>
    <w:rsid w:val="003E1AA6"/>
    <w:rsid w:val="004B5792"/>
    <w:rsid w:val="00600A81"/>
    <w:rsid w:val="0060188D"/>
    <w:rsid w:val="00651D58"/>
    <w:rsid w:val="00680C0C"/>
    <w:rsid w:val="006D0540"/>
    <w:rsid w:val="00767350"/>
    <w:rsid w:val="0093720B"/>
    <w:rsid w:val="00977214"/>
    <w:rsid w:val="009B69EB"/>
    <w:rsid w:val="009D754D"/>
    <w:rsid w:val="009F5B22"/>
    <w:rsid w:val="00AA1D8D"/>
    <w:rsid w:val="00B47730"/>
    <w:rsid w:val="00B63A37"/>
    <w:rsid w:val="00BF01B2"/>
    <w:rsid w:val="00C159A0"/>
    <w:rsid w:val="00CB0664"/>
    <w:rsid w:val="00D44D66"/>
    <w:rsid w:val="00DA0C86"/>
    <w:rsid w:val="00DD1EFC"/>
    <w:rsid w:val="00F14A55"/>
    <w:rsid w:val="00FC54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0E48F"/>
  <w14:defaultImageDpi w14:val="300"/>
  <w15:docId w15:val="{D42B668B-12E9-4804-B3CB-475C2A2D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b">
    <w:name w:val="Normal (Web)"/>
    <w:basedOn w:val="Normal"/>
    <w:uiPriority w:val="99"/>
    <w:semiHidden/>
    <w:unhideWhenUsed/>
    <w:rsid w:val="00BF01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201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Lövgren Parthena</cp:lastModifiedBy>
  <cp:revision>5</cp:revision>
  <cp:lastPrinted>2025-10-21T10:11:00Z</cp:lastPrinted>
  <dcterms:created xsi:type="dcterms:W3CDTF">2026-01-13T14:58:00Z</dcterms:created>
  <dcterms:modified xsi:type="dcterms:W3CDTF">2026-01-19T12:58:00Z</dcterms:modified>
  <cp:category/>
</cp:coreProperties>
</file>